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Business Systems Analyst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business systems analyst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Requirements gathering, process mapping, SQL, user stories, UAT, stakeholder communication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Translated [business needs] into [number] validated requirements.</w:t>
      </w:r>
    </w:p>
    <w:p>
      <w:r>
        <w:t>- Mapped [process] and recommended changes that saved [hours or cost].</w:t>
      </w:r>
    </w:p>
    <w:p>
      <w:r>
        <w:t>- Coordinated user acceptance testing with [number] stakeholders.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Selected Projects</w:t>
      </w:r>
    </w:p>
    <w:p>
      <w:r>
        <w:t>[Systems improvement project] | [Organization]</w:t>
      </w:r>
    </w:p>
    <w:p>
      <w:r>
        <w:t>Describe requirements, your contribution and the implemented result.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Systems Analyst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