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[Your Full Name]</w:t>
      </w:r>
    </w:p>
    <w:p>
      <w:pPr>
        <w:pStyle w:val="Subtitle"/>
      </w:pPr>
      <w:r>
        <w:t>Cloud and DevOps Engineer</w:t>
      </w:r>
    </w:p>
    <w:p>
      <w:r>
        <w:t>[City, State] | [Phone] | [Email] | [LinkedIn or portfolio URL]</w:t>
      </w:r>
    </w:p>
    <w:p>
      <w:pPr>
        <w:pStyle w:val="Heading1"/>
      </w:pPr>
      <w:r>
        <w:t>Professional Summary</w:t>
      </w:r>
    </w:p>
    <w:p>
      <w:r>
        <w:t>[Your role] with [experience or training] in [specialty]. Skilled in [two relevant skills] with a record of [truthful achievement]. Seeking to contribute to [target role or team].</w:t>
      </w:r>
    </w:p>
    <w:p>
      <w:pPr>
        <w:pStyle w:val="Heading1"/>
      </w:pPr>
      <w:r>
        <w:t>Core Skills</w:t>
      </w:r>
    </w:p>
    <w:p>
      <w:r>
        <w:t>AWS or Azure, Docker, Kubernetes, Terraform, CI/CD, Linux, monitoring</w:t>
      </w:r>
    </w:p>
    <w:p>
      <w:r>
        <w:t>[Keep only skills you have and add relevant terms from your target job.]</w:t>
      </w:r>
    </w:p>
    <w:p>
      <w:pPr>
        <w:pStyle w:val="Heading1"/>
      </w:pPr>
      <w:r>
        <w:t>Professional Experience</w:t>
      </w:r>
    </w:p>
    <w:p>
      <w:r>
        <w:t>[Job title] | [Employer] | [City, State] | [Month Year to Month Year]</w:t>
      </w:r>
    </w:p>
    <w:p>
      <w:pPr>
        <w:pStyle w:val="ListBullet"/>
      </w:pPr>
      <w:r>
        <w:t>Automated [deployment process], cutting release time from [before] to [after].</w:t>
      </w:r>
    </w:p>
    <w:p>
      <w:pPr>
        <w:pStyle w:val="ListBullet"/>
      </w:pPr>
      <w:r>
        <w:t>Supported [number] services with [availability] and improved incident response.</w:t>
      </w:r>
    </w:p>
    <w:p>
      <w:pPr>
        <w:pStyle w:val="ListBullet"/>
      </w:pPr>
      <w:r>
        <w:t>Optimized [infrastructure], reducing monthly cost by [amount or percentage].</w:t>
      </w:r>
    </w:p>
    <w:p>
      <w:r>
        <w:t>[Previous role, internship or relevant volunteer experience]</w:t>
      </w:r>
    </w:p>
    <w:p>
      <w:pPr>
        <w:pStyle w:val="ListBullet"/>
      </w:pPr>
      <w:r>
        <w:t>[Your contribution, action and measurable outcome.]</w:t>
      </w:r>
    </w:p>
    <w:p>
      <w:pPr>
        <w:pStyle w:val="Heading1"/>
      </w:pPr>
      <w:r>
        <w:t>Education</w:t>
      </w:r>
    </w:p>
    <w:p>
      <w:r>
        <w:t>[Degree or qualification] | [Institution] | [City, State] | [Graduation year]</w:t>
      </w:r>
    </w:p>
    <w:p>
      <w:r>
        <w:t>[Relevant coursework or honors if useful.]</w:t>
      </w:r>
    </w:p>
    <w:p>
      <w:pPr>
        <w:pStyle w:val="Heading1"/>
      </w:pPr>
      <w:r>
        <w:t>Projects and Certifications</w:t>
      </w:r>
    </w:p>
    <w:p>
      <w:r>
        <w:t>[Cloud certification] | [Issuer] | [Year]</w:t>
      </w:r>
    </w:p>
    <w:p>
      <w:r>
        <w:t>[Infrastructure project] | Describe architecture, automation and outcomes.</w:t>
      </w:r>
    </w:p>
    <w:sectPr w:rsidR="00FC693F" w:rsidRPr="0006063C" w:rsidSect="00034616">
      <w:pgSz w:w="12240" w:h="15840"/>
      <w:pgMar w:top="936" w:right="1080" w:bottom="936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00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4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00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2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00" w:line="240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00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/>
      <w:contextualSpacing/>
    </w:pPr>
    <w:rPr>
      <w:rFonts w:ascii="Calibri" w:hAnsi="Calibri"/>
      <w:color w:val="000000"/>
      <w:sz w:val="22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Cloud and DevOps Engineer Resume Template</dc:title>
  <dc:subject/>
  <dc:creator>Ethic Leaf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