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Customer Service Representative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customer service representative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Customer support, CRM, issue resolution, phone and email communication, documentation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Handled [number] customer enquiries per day across [channels].</w:t>
      </w:r>
    </w:p>
    <w:p>
      <w:r>
        <w:t>- Resolved [type of issue] and achieved [documented satisfaction result].</w:t>
      </w:r>
    </w:p>
    <w:p>
      <w:r>
        <w:t>- Updated [knowledge resources], reducing repeat contacts by [percentage].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Additional Experience</w:t>
      </w:r>
    </w:p>
    <w:p>
      <w:r>
        <w:t>[Volunteer or other relevant role] | [Organization]</w:t>
      </w:r>
    </w:p>
    <w:p>
      <w:r>
        <w:t>Explain how your communication and service skills helped others.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