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Customer Service Representative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Customer service, CRM, Salesforce, communication, conflict resolution, sales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Resolved [number] customer requests daily with [satisfaction result].</w:t>
      </w:r>
    </w:p>
    <w:p>
      <w:pPr>
        <w:pStyle w:val="ListBullet"/>
      </w:pPr>
      <w:r>
        <w:t>Improved first-contact resolution by [percentage] through [action].</w:t>
      </w:r>
    </w:p>
    <w:p>
      <w:pPr>
        <w:pStyle w:val="ListBullet"/>
      </w:pPr>
      <w:r>
        <w:t>Maintained accurate CRM records for [number] accounts.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Training and Achievements</w:t>
      </w:r>
    </w:p>
    <w:p>
      <w:r>
        <w:t>[Customer service training] | [Provider] | [Year]</w:t>
      </w:r>
    </w:p>
    <w:p>
      <w:r>
        <w:t>[Service award or achievement] | Explain the result.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Representative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