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Data Analyst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SQL, Python, Excel, Power BI or Tableau, data validation, statistics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Analyzed [dataset] to identify [insight], enabling [business outcome].</w:t>
      </w:r>
    </w:p>
    <w:p>
      <w:pPr>
        <w:pStyle w:val="ListBullet"/>
      </w:pPr>
      <w:r>
        <w:t>Built [number] dashboards tracking [KPIs] for [stakeholders].</w:t>
      </w:r>
    </w:p>
    <w:p>
      <w:pPr>
        <w:pStyle w:val="ListBullet"/>
      </w:pPr>
      <w:r>
        <w:t>Improved reporting accuracy by [percentage] using [validation method].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Selected Projects</w:t>
      </w:r>
    </w:p>
    <w:p>
      <w:r>
        <w:t>[Analytics project] | [Dataset or portfolio URL]</w:t>
      </w:r>
    </w:p>
    <w:p>
      <w:r>
        <w:t>Explain the question, tools, data checks and conclusion.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