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Full Name]</w:t>
      </w:r>
    </w:p>
    <w:p>
      <w:r>
        <w:rPr>
          <w:b/>
        </w:rPr>
        <w:t>Database Administrator</w:t>
      </w:r>
    </w:p>
    <w:p>
      <w:r>
        <w:t>[City, State] | [Phone] | [Email] | [LinkedIn or portfolio URL]</w:t>
      </w:r>
    </w:p>
    <w:p>
      <w:pPr>
        <w:pStyle w:val="Heading1"/>
      </w:pPr>
      <w:r>
        <w:t>Professional Summary</w:t>
      </w:r>
    </w:p>
    <w:p>
      <w:r>
        <w:t>[Your experience or training] in database administrator work. Skilled in [relevant strengths] with a record of [truthful achievement]. Seeking to contribute to [target role or team].</w:t>
      </w:r>
    </w:p>
    <w:p>
      <w:pPr>
        <w:pStyle w:val="Heading1"/>
      </w:pPr>
      <w:r>
        <w:t>Core Skills</w:t>
      </w:r>
    </w:p>
    <w:p>
      <w:r>
        <w:t>SQL, PostgreSQL or MySQL, backup and recovery, indexing, monitoring, access controls</w:t>
      </w:r>
    </w:p>
    <w:p>
      <w:r>
        <w:t>[Keep only skills you have and tailor them to your target job.]</w:t>
      </w:r>
    </w:p>
    <w:p>
      <w:pPr>
        <w:pStyle w:val="Heading1"/>
      </w:pPr>
      <w:r>
        <w:t>Professional Experience</w:t>
      </w:r>
    </w:p>
    <w:p>
      <w:r>
        <w:t>[Job title] | [Employer] | [City, State] | [Month Year to Month Year]</w:t>
      </w:r>
    </w:p>
    <w:p>
      <w:r>
        <w:t>- Maintained [number] databases with [availability target].</w:t>
      </w:r>
    </w:p>
    <w:p>
      <w:r>
        <w:t>- Optimized [queries or indexes], improving response time by [percentage].</w:t>
      </w:r>
    </w:p>
    <w:p>
      <w:r>
        <w:t>- Tested recovery procedures and achieved [recovery time or recovery point].</w:t>
      </w:r>
    </w:p>
    <w:p>
      <w:r>
        <w:t>[Previous role, internship or relevant volunteer experience]</w:t>
      </w:r>
    </w:p>
    <w:p>
      <w:r>
        <w:t>- [Your contribution and measurable outcome.]</w:t>
      </w:r>
    </w:p>
    <w:p>
      <w:pPr>
        <w:pStyle w:val="Heading1"/>
      </w:pPr>
      <w:r>
        <w:t>Education</w:t>
      </w:r>
    </w:p>
    <w:p>
      <w:r>
        <w:t>[Degree or qualification] | [Institution] | [Graduation year]</w:t>
      </w:r>
    </w:p>
    <w:p>
      <w:r>
        <w:t>[Relevant coursework or honors if useful.]</w:t>
      </w:r>
    </w:p>
    <w:p>
      <w:pPr>
        <w:pStyle w:val="Heading1"/>
      </w:pPr>
      <w:r>
        <w:t>Certifications and Projects</w:t>
      </w:r>
    </w:p>
    <w:p>
      <w:r>
        <w:t>[Database certification] | [Issuer] | [Year]</w:t>
      </w:r>
    </w:p>
    <w:p>
      <w:r>
        <w:t>[Database project] | Explain your schema, backup or tuning contribution.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Database Administrator resume template</dc:title>
  <dc:subject/>
  <dc:creator>Ethic Leaf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