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r>
        <w:rPr>
          <w:b/>
        </w:rPr>
        <w:t>Human Resources Coordinator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experience or training] in human resources coordinator work. Skilled in [relevant strengths]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Onboarding, HRIS, scheduling, employee records, confidentiality, Excel</w:t>
      </w:r>
    </w:p>
    <w:p>
      <w:r>
        <w:t>[Keep only skills you have and tailor them to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r>
        <w:t>- Coordinated onboarding for [number] employees with [completion rate].</w:t>
      </w:r>
    </w:p>
    <w:p>
      <w:r>
        <w:t>- Maintained accurate personnel records and tracked [compliance tasks].</w:t>
      </w:r>
    </w:p>
    <w:p>
      <w:r>
        <w:t>- Scheduled [interviews or training sessions] and improved [response time].</w:t>
      </w:r>
    </w:p>
    <w:p>
      <w:r>
        <w:t>[Previous role, internship or relevant volunteer experience]</w:t>
      </w:r>
    </w:p>
    <w:p>
      <w:r>
        <w:t>- [Your contribution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[Graduation year]</w:t>
      </w:r>
    </w:p>
    <w:p>
      <w:r>
        <w:t>[Relevant coursework or honors if useful.]</w:t>
      </w:r>
    </w:p>
    <w:p>
      <w:pPr>
        <w:pStyle w:val="Heading1"/>
      </w:pPr>
      <w:r>
        <w:t>Training and Certifications</w:t>
      </w:r>
    </w:p>
    <w:p>
      <w:r>
        <w:t>[Relevant HR training or certification] | [Issuer] | [Year]</w:t>
      </w:r>
    </w:p>
    <w:p>
      <w:r>
        <w:t>Include credentials only when held.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Resources Coordinator resume template</dc:title>
  <dc:subject/>
  <dc:creator>Ethic Leaf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