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[Your Full Name]</w:t>
      </w:r>
    </w:p>
    <w:p>
      <w:r>
        <w:rPr>
          <w:b/>
        </w:rPr>
        <w:t>IT Support Specialist</w:t>
      </w:r>
    </w:p>
    <w:p>
      <w:r>
        <w:t>[City, State] | [Phone] | [Email] | [LinkedIn or portfolio URL]</w:t>
      </w:r>
    </w:p>
    <w:p>
      <w:pPr>
        <w:pStyle w:val="Heading1"/>
      </w:pPr>
      <w:r>
        <w:t>Professional Summary</w:t>
      </w:r>
    </w:p>
    <w:p>
      <w:r>
        <w:t>[Your experience or training] in it support specialist work. Skilled in [relevant strengths] with a record of [truthful achievement]. Seeking to contribute to [target role or team].</w:t>
      </w:r>
    </w:p>
    <w:p>
      <w:pPr>
        <w:pStyle w:val="Heading1"/>
      </w:pPr>
      <w:r>
        <w:t>Core Skills</w:t>
      </w:r>
    </w:p>
    <w:p>
      <w:r>
        <w:t>Windows, Microsoft 365, Active Directory, ticketing, hardware, remote support</w:t>
      </w:r>
    </w:p>
    <w:p>
      <w:r>
        <w:t>[Keep only skills you have and tailor them to your target job.]</w:t>
      </w:r>
    </w:p>
    <w:p>
      <w:pPr>
        <w:pStyle w:val="Heading1"/>
      </w:pPr>
      <w:r>
        <w:t>Professional Experience</w:t>
      </w:r>
    </w:p>
    <w:p>
      <w:r>
        <w:t>[Job title] | [Employer] | [City, State] | [Month Year to Month Year]</w:t>
      </w:r>
    </w:p>
    <w:p>
      <w:r>
        <w:t>- Resolved [number] user tickets per week with [first-contact resolution rate].</w:t>
      </w:r>
    </w:p>
    <w:p>
      <w:r>
        <w:t>- Configured [number] devices and maintained accurate asset records.</w:t>
      </w:r>
    </w:p>
    <w:p>
      <w:r>
        <w:t>- Documented [support procedures], reducing repeat incidents by [result].</w:t>
      </w:r>
    </w:p>
    <w:p>
      <w:r>
        <w:t>[Previous role, internship or relevant volunteer experience]</w:t>
      </w:r>
    </w:p>
    <w:p>
      <w:r>
        <w:t>- [Your contribution and measurable outcome.]</w:t>
      </w:r>
    </w:p>
    <w:p>
      <w:pPr>
        <w:pStyle w:val="Heading1"/>
      </w:pPr>
      <w:r>
        <w:t>Education</w:t>
      </w:r>
    </w:p>
    <w:p>
      <w:r>
        <w:t>[Degree or qualification] | [Institution] | [Graduation year]</w:t>
      </w:r>
    </w:p>
    <w:p>
      <w:r>
        <w:t>[Relevant coursework or honors if useful.]</w:t>
      </w:r>
    </w:p>
    <w:p>
      <w:pPr>
        <w:pStyle w:val="Heading1"/>
      </w:pPr>
      <w:r>
        <w:t>Certifications and Projects</w:t>
      </w:r>
    </w:p>
    <w:p>
      <w:r>
        <w:t>[IT certification] | [Issuer] | [Year]</w:t>
      </w:r>
    </w:p>
    <w:p>
      <w:r>
        <w:t>[Support lab or project] | Describe your configuration and troubleshooting work.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 Support Specialist resume template</dc:title>
  <dc:subject/>
  <dc:creator>Ethic Leaf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