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[Your Full Name]</w:t>
      </w:r>
    </w:p>
    <w:p>
      <w:r>
        <w:rPr>
          <w:b/>
        </w:rPr>
        <w:t>Manufacturing Technician</w:t>
      </w:r>
    </w:p>
    <w:p>
      <w:r>
        <w:t>[City, State] | [Phone] | [Email] | [LinkedIn or portfolio URL]</w:t>
      </w:r>
    </w:p>
    <w:p>
      <w:pPr>
        <w:pStyle w:val="Heading1"/>
      </w:pPr>
      <w:r>
        <w:t>Professional Summary</w:t>
      </w:r>
    </w:p>
    <w:p>
      <w:r>
        <w:t>[Your experience or training] in manufacturing technician work. Skilled in [relevant strengths] with a record of [truthful achievement]. Seeking to contribute to [target role or team].</w:t>
      </w:r>
    </w:p>
    <w:p>
      <w:pPr>
        <w:pStyle w:val="Heading1"/>
      </w:pPr>
      <w:r>
        <w:t>Core Skills</w:t>
      </w:r>
    </w:p>
    <w:p>
      <w:r>
        <w:t>Equipment operation, quality inspection, SOPs, preventive maintenance, safety, documentation</w:t>
      </w:r>
    </w:p>
    <w:p>
      <w:r>
        <w:t>[Keep only skills you have and tailor them to your target job.]</w:t>
      </w:r>
    </w:p>
    <w:p>
      <w:pPr>
        <w:pStyle w:val="Heading1"/>
      </w:pPr>
      <w:r>
        <w:t>Professional Experience</w:t>
      </w:r>
    </w:p>
    <w:p>
      <w:r>
        <w:t>[Job title] | [Employer] | [City, State] | [Month Year to Month Year]</w:t>
      </w:r>
    </w:p>
    <w:p>
      <w:r>
        <w:t>- Operated [equipment] to produce [volume] while meeting [quality standard].</w:t>
      </w:r>
    </w:p>
    <w:p>
      <w:r>
        <w:t>- Detected [production issue] and helped reduce [scrap or downtime] by [result].</w:t>
      </w:r>
    </w:p>
    <w:p>
      <w:r>
        <w:t>- Completed [safety or maintenance checks] and maintained accurate records.</w:t>
      </w:r>
    </w:p>
    <w:p>
      <w:r>
        <w:t>[Previous role, internship or relevant volunteer experience]</w:t>
      </w:r>
    </w:p>
    <w:p>
      <w:r>
        <w:t>- [Your contribution and measurable outcome.]</w:t>
      </w:r>
    </w:p>
    <w:p>
      <w:pPr>
        <w:pStyle w:val="Heading1"/>
      </w:pPr>
      <w:r>
        <w:t>Education</w:t>
      </w:r>
    </w:p>
    <w:p>
      <w:r>
        <w:t>[Degree or qualification] | [Institution] | [Graduation year]</w:t>
      </w:r>
    </w:p>
    <w:p>
      <w:r>
        <w:t>[Relevant coursework or honors if useful.]</w:t>
      </w:r>
    </w:p>
    <w:p>
      <w:pPr>
        <w:pStyle w:val="Heading1"/>
      </w:pPr>
      <w:r>
        <w:t>Safety Training and Certifications</w:t>
      </w:r>
    </w:p>
    <w:p>
      <w:r>
        <w:t>[Equipment or safety training] | [Provider] | [Year]</w:t>
      </w:r>
    </w:p>
    <w:p>
      <w:r>
        <w:t>List only current training relevant to the position.</w:t>
      </w:r>
    </w:p>
    <w:sectPr w:rsidR="00FC693F" w:rsidRPr="0006063C" w:rsidSect="00034616">
      <w:pgSz w:w="12240" w:h="15840"/>
      <w:pgMar w:top="936" w:right="1008" w:bottom="936" w:left="1008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100" w:line="269" w:lineRule="auto"/>
    </w:pPr>
    <w:rPr>
      <w:rFonts w:ascii="Arial" w:hAnsi="Arial"/>
      <w:color w:val="000000"/>
      <w:sz w:val="20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220" w:after="100"/>
      <w:outlineLvl w:val="0"/>
    </w:pPr>
    <w:rPr>
      <w:rFonts w:asciiTheme="majorHAnsi" w:eastAsiaTheme="majorEastAsia" w:hAnsiTheme="majorHAnsi" w:cstheme="majorBidi" w:ascii="Arial" w:hAnsi="Arial"/>
      <w:b/>
      <w:bCs/>
      <w:color w:val="000000"/>
      <w:sz w:val="22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100"/>
      <w:outlineLvl w:val="1"/>
    </w:pPr>
    <w:rPr>
      <w:rFonts w:asciiTheme="majorHAnsi" w:eastAsiaTheme="majorEastAsia" w:hAnsiTheme="majorHAnsi" w:cstheme="majorBidi" w:ascii="Arial" w:hAnsi="Arial"/>
      <w:b/>
      <w:bCs/>
      <w:color w:val="000000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spacing w:after="40" w:line="240" w:lineRule="auto"/>
      <w:contextualSpacing/>
    </w:pPr>
    <w:rPr>
      <w:rFonts w:asciiTheme="majorHAnsi" w:eastAsiaTheme="majorEastAsia" w:hAnsiTheme="majorHAnsi" w:cstheme="majorBidi" w:ascii="Arial" w:hAnsi="Arial"/>
      <w:b/>
      <w:color w:val="000000"/>
      <w:spacing w:val="5"/>
      <w:kern w:val="28"/>
      <w:sz w:val="4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Manufacturing Technician resume template</dc:title>
  <dc:subject/>
  <dc:creator>Ethic Leaf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