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pPr>
        <w:pStyle w:val="Subtitle"/>
      </w:pPr>
      <w:r>
        <w:t>Medical Assistant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role] with [experience or training] in [specialty]. Skilled in [two relevant skills]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Vital signs, patient care, EHR, phlebotomy, scheduling, infection control</w:t>
      </w:r>
    </w:p>
    <w:p>
      <w:r>
        <w:t>[Keep only skills you have and add relevant terms from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pPr>
        <w:pStyle w:val="ListBullet"/>
      </w:pPr>
      <w:r>
        <w:t>Prepared [number] patients daily and documented vital signs accurately.</w:t>
      </w:r>
    </w:p>
    <w:p>
      <w:pPr>
        <w:pStyle w:val="ListBullet"/>
      </w:pPr>
      <w:r>
        <w:t>Supported [procedure or clinic workflow], improving [service metric].</w:t>
      </w:r>
    </w:p>
    <w:p>
      <w:pPr>
        <w:pStyle w:val="ListBullet"/>
      </w:pPr>
      <w:r>
        <w:t>Managed [scheduling or records task] while following privacy procedures.</w:t>
      </w:r>
    </w:p>
    <w:p>
      <w:r>
        <w:t>[Previous role, internship or relevant volunteer experience]</w:t>
      </w:r>
    </w:p>
    <w:p>
      <w:pPr>
        <w:pStyle w:val="ListBullet"/>
      </w:pPr>
      <w:r>
        <w:t>[Your contribution, action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[City, State] | [Graduation year]</w:t>
      </w:r>
    </w:p>
    <w:p>
      <w:r>
        <w:t>[Relevant coursework or honors if useful.]</w:t>
      </w:r>
    </w:p>
    <w:p>
      <w:pPr>
        <w:pStyle w:val="Heading1"/>
      </w:pPr>
      <w:r>
        <w:t>Certifications and Clinical Training</w:t>
      </w:r>
    </w:p>
    <w:p>
      <w:r>
        <w:t>[CMA or RMA if held] | [Issuer] | [Expiration]</w:t>
      </w:r>
    </w:p>
    <w:p>
      <w:r>
        <w:t>[BLS or relevant training] | [Issuer] | [Expiration]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Assistant Resume Template</dc:title>
  <dc:subject/>
  <dc:creator>Ethic Leaf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