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Medical Laboratory Technician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medical laboratory technician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Specimen processing, laboratory testing, quality control, LIS, biosafety, documentation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Processed [number] specimens while following [laboratory procedures].</w:t>
      </w:r>
    </w:p>
    <w:p>
      <w:r>
        <w:t>- Performed [testing or quality checks] with [documented accuracy result].</w:t>
      </w:r>
    </w:p>
    <w:p>
      <w:r>
        <w:t>- Maintained [equipment or records] to support reliable turnaround times.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Licenses and Certifications</w:t>
      </w:r>
    </w:p>
    <w:p>
      <w:r>
        <w:t>[Applicable laboratory license or certification] | [Issuer] | [Status]</w:t>
      </w:r>
    </w:p>
    <w:p>
      <w:r>
        <w:t>List only credentials you hold and relevant expiration dates.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Laboratory Technician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