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Office Administrator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Scheduling, Microsoft Office, Excel, record keeping, customer service, communication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Coordinated schedules for [number] staff while improving [result].</w:t>
      </w:r>
    </w:p>
    <w:p>
      <w:pPr>
        <w:pStyle w:val="ListBullet"/>
      </w:pPr>
      <w:r>
        <w:t>Processed [number] records or requests per week with [accuracy].</w:t>
      </w:r>
    </w:p>
    <w:p>
      <w:pPr>
        <w:pStyle w:val="ListBullet"/>
      </w:pPr>
      <w:r>
        <w:t>Introduced [workflow], saving [number] hours each month.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Training and Achievements</w:t>
      </w:r>
    </w:p>
    <w:p>
      <w:r>
        <w:t>[Relevant course or award] | [Provider] | [Year]</w:t>
      </w:r>
    </w:p>
    <w:p>
      <w:r>
        <w:t>Include a specific process improvement or service achievement.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Administrator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