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rPr>
          <w:b/>
        </w:rPr>
        <w:t>Physical Therapist Assistant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experience or training] in physical therapist assistant work. Skilled in [relevant strengths]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Therapeutic exercise, mobility training, patient monitoring, documentation, teamwork</w:t>
      </w:r>
    </w:p>
    <w:p>
      <w:r>
        <w:t>[Keep only skills you have and tailor them to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r>
        <w:t>- Supported [number] patients under a licensed physical therapist's plan of care.</w:t>
      </w:r>
    </w:p>
    <w:p>
      <w:r>
        <w:t>- Documented functional progress and reported [observations] to the care team.</w:t>
      </w:r>
    </w:p>
    <w:p>
      <w:r>
        <w:t>- Prepared [treatment resources] and reinforced prescribed home exercises.</w:t>
      </w:r>
    </w:p>
    <w:p>
      <w:r>
        <w:t>[Previous role, internship or relevant volunteer experience]</w:t>
      </w:r>
    </w:p>
    <w:p>
      <w:r>
        <w:t>- [Your contribution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[Graduation year]</w:t>
      </w:r>
    </w:p>
    <w:p>
      <w:r>
        <w:t>[Relevant coursework or honors if useful.]</w:t>
      </w:r>
    </w:p>
    <w:p>
      <w:pPr>
        <w:pStyle w:val="Heading1"/>
      </w:pPr>
      <w:r>
        <w:t>Licenses and Certifications</w:t>
      </w:r>
    </w:p>
    <w:p>
      <w:r>
        <w:t>[Applicable state PTA license] | [State] | [Status]</w:t>
      </w:r>
    </w:p>
    <w:p>
      <w:r>
        <w:t>[Current relevant clinical certification] | [Issuer] | [Expiration]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Therapist Assistant resume template</dc:title>
  <dc:subject/>
  <dc:creator>Ethic Leaf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