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Production and Quality Associate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Manufacturing, quality control, safety, equipment operation, inventory, teamwork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Produced [number] units per shift while meeting [quality standard].</w:t>
      </w:r>
    </w:p>
    <w:p>
      <w:pPr>
        <w:pStyle w:val="ListBullet"/>
      </w:pPr>
      <w:r>
        <w:t>Reduced defects by [percentage] through [inspection or process change].</w:t>
      </w:r>
    </w:p>
    <w:p>
      <w:pPr>
        <w:pStyle w:val="ListBullet"/>
      </w:pPr>
      <w:r>
        <w:t>Completed [maintenance or safety activity], reducing downtime by [result].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Training</w:t>
      </w:r>
    </w:p>
    <w:p>
      <w:r>
        <w:t>[Safety or quality certification] | [Provider] | [Year]</w:t>
      </w:r>
    </w:p>
    <w:p>
      <w:r>
        <w:t>[Equipment training] | [Provider] | [Year]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and Quality Associate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