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QA Automation Engineer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qa automation engineer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Test planning, Selenium, Playwright, API testing, SQL, CI/CD, defect tracking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Automated [number] regression tests using [framework], saving [hours] per release.</w:t>
      </w:r>
    </w:p>
    <w:p>
      <w:r>
        <w:t>- Identified [critical defects] before release through [testing approach].</w:t>
      </w:r>
    </w:p>
    <w:p>
      <w:r>
        <w:t>- Partnered with developers to improve [test coverage or defect rate] by [result].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Selected Projects</w:t>
      </w:r>
    </w:p>
    <w:p>
      <w:r>
        <w:t>[Automation project] | [Repository URL]</w:t>
      </w:r>
    </w:p>
    <w:p>
      <w:r>
        <w:t>Describe the test strategy, tools, coverage and reliability results.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 Automation Engineer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