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Full Name]</w:t>
      </w:r>
    </w:p>
    <w:p>
      <w:pPr>
        <w:pStyle w:val="Subtitle"/>
      </w:pPr>
      <w:r>
        <w:t>Registered Nurse</w:t>
      </w:r>
    </w:p>
    <w:p>
      <w:r>
        <w:t>[City, State] | [Phone] | [Email] | [LinkedIn or portfolio URL]</w:t>
      </w:r>
    </w:p>
    <w:p>
      <w:pPr>
        <w:pStyle w:val="Heading1"/>
      </w:pPr>
      <w:r>
        <w:t>Professional Summary</w:t>
      </w:r>
    </w:p>
    <w:p>
      <w:r>
        <w:t>[Your role] with [experience or training] in [specialty]. Skilled in [two relevant skills] with a record of [truthful achievement]. Seeking to contribute to [target role or team].</w:t>
      </w:r>
    </w:p>
    <w:p>
      <w:pPr>
        <w:pStyle w:val="Heading1"/>
      </w:pPr>
      <w:r>
        <w:t>Core Skills</w:t>
      </w:r>
    </w:p>
    <w:p>
      <w:r>
        <w:t>Patient care, nursing, BLS, ACLS, EHR, Epic, medication administration, triage</w:t>
      </w:r>
    </w:p>
    <w:p>
      <w:r>
        <w:t>[Keep only skills you have and add relevant terms from your target job.]</w:t>
      </w:r>
    </w:p>
    <w:p>
      <w:pPr>
        <w:pStyle w:val="Heading1"/>
      </w:pPr>
      <w:r>
        <w:t>Professional Experience</w:t>
      </w:r>
    </w:p>
    <w:p>
      <w:r>
        <w:t>[Job title] | [Employer] | [City, State] | [Month Year to Month Year]</w:t>
      </w:r>
    </w:p>
    <w:p>
      <w:pPr>
        <w:pStyle w:val="ListBullet"/>
      </w:pPr>
      <w:r>
        <w:t>Delivered care for [number] patients per shift in [specialty or unit].</w:t>
      </w:r>
    </w:p>
    <w:p>
      <w:pPr>
        <w:pStyle w:val="ListBullet"/>
      </w:pPr>
      <w:r>
        <w:t>Improved [patient care metric] through [documented initiative].</w:t>
      </w:r>
    </w:p>
    <w:p>
      <w:pPr>
        <w:pStyle w:val="ListBullet"/>
      </w:pPr>
      <w:r>
        <w:t>Coordinated with [care team] to support safe discharge and patient education.</w:t>
      </w:r>
    </w:p>
    <w:p>
      <w:r>
        <w:t>[Previous role, internship or relevant volunteer experience]</w:t>
      </w:r>
    </w:p>
    <w:p>
      <w:pPr>
        <w:pStyle w:val="ListBullet"/>
      </w:pPr>
      <w:r>
        <w:t>[Your contribution, action and measurable outcome.]</w:t>
      </w:r>
    </w:p>
    <w:p>
      <w:pPr>
        <w:pStyle w:val="Heading1"/>
      </w:pPr>
      <w:r>
        <w:t>Education</w:t>
      </w:r>
    </w:p>
    <w:p>
      <w:r>
        <w:t>[Degree or qualification] | [Institution] | [City, State] | [Graduation year]</w:t>
      </w:r>
    </w:p>
    <w:p>
      <w:r>
        <w:t>[Relevant coursework or honors if useful.]</w:t>
      </w:r>
    </w:p>
    <w:p>
      <w:pPr>
        <w:pStyle w:val="Heading1"/>
      </w:pPr>
      <w:r>
        <w:t>Licensure and Certifications</w:t>
      </w:r>
    </w:p>
    <w:p>
      <w:r>
        <w:t>RN License | [State] | [License number if appropriate] | [Expiration]</w:t>
      </w:r>
    </w:p>
    <w:p>
      <w:r>
        <w:t>BLS or ACLS if held | [Issuer] | [Expiration]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/>
      <w:contextualSpacing/>
    </w:pPr>
    <w:rPr>
      <w:rFonts w:ascii="Calibri" w:hAnsi="Calibri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Registered Nurse Resume Template</dc:title>
  <dc:subject/>
  <dc:creator>Ethic Leaf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