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rPr>
          <w:b/>
        </w:rPr>
        <w:t>Sales Account Coordinator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experience or training] in sales account coordinator work. Skilled in [relevant strengths]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CRM, customer follow-up, quotations, order processing, Excel, coordination</w:t>
      </w:r>
    </w:p>
    <w:p>
      <w:r>
        <w:t>[Keep only skills you have and tailor them to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r>
        <w:t>- Supported [number] accounts and tracked [orders or opportunities].</w:t>
      </w:r>
    </w:p>
    <w:p>
      <w:r>
        <w:t>- Prepared accurate quotations and reduced [processing time] by [result].</w:t>
      </w:r>
    </w:p>
    <w:p>
      <w:r>
        <w:t>- Coordinated with [teams] to deliver [customer or revenue outcome].</w:t>
      </w:r>
    </w:p>
    <w:p>
      <w:r>
        <w:t>[Previous role, internship or relevant volunteer experience]</w:t>
      </w:r>
    </w:p>
    <w:p>
      <w:r>
        <w:t>- [Your contribution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[Graduation year]</w:t>
      </w:r>
    </w:p>
    <w:p>
      <w:r>
        <w:t>[Relevant coursework or honors if useful.]</w:t>
      </w:r>
    </w:p>
    <w:p>
      <w:pPr>
        <w:pStyle w:val="Heading1"/>
      </w:pPr>
      <w:r>
        <w:t>Selected Achievements</w:t>
      </w:r>
    </w:p>
    <w:p>
      <w:r>
        <w:t>[Achievement supported by records]</w:t>
      </w:r>
    </w:p>
    <w:p>
      <w:r>
        <w:t>Describe the action, scope and measurable result without overstating ownership.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Account Coordinator resume template</dc:title>
  <dc:subject/>
  <dc:creator>Ethic Leaf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