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Software Engineer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JavaScript, TypeScript, React, Node.js, SQL, Git, REST, automated testing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Built [application or feature] using [stack], improving [metric] by [result].</w:t>
      </w:r>
    </w:p>
    <w:p>
      <w:pPr>
        <w:pStyle w:val="ListBullet"/>
      </w:pPr>
      <w:r>
        <w:t>Reduced [latency or errors] by [percentage] through [technical change].</w:t>
      </w:r>
    </w:p>
    <w:p>
      <w:pPr>
        <w:pStyle w:val="ListBullet"/>
      </w:pPr>
      <w:r>
        <w:t>Collaborated with [team] to deliver [number] releases with [quality result].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Selected Projects</w:t>
      </w:r>
    </w:p>
    <w:p>
      <w:r>
        <w:t>[Project name] | [Repository or portfolio URL]</w:t>
      </w:r>
    </w:p>
    <w:p>
      <w:r>
        <w:t>Describe the problem, your contribution, stack and measurable result.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