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pPr>
        <w:pStyle w:val="Subtitle"/>
      </w:pPr>
      <w:r>
        <w:t>Warehouse and Logistics Associate</w:t>
      </w:r>
    </w:p>
    <w:p>
      <w:r>
        <w:t>[City, State] | [Phone] | [Email] | [LinkedIn or portfolio URL]</w:t>
      </w:r>
    </w:p>
    <w:p>
      <w:pPr>
        <w:pStyle w:val="Heading1"/>
      </w:pPr>
      <w:r>
        <w:t>Professional Summary</w:t>
      </w:r>
    </w:p>
    <w:p>
      <w:r>
        <w:t>[Your role] with [experience or training] in [specialty]. Skilled in [two relevant skills] with a record of [truthful achievement]. Seeking to contribute to [target role or team].</w:t>
      </w:r>
    </w:p>
    <w:p>
      <w:pPr>
        <w:pStyle w:val="Heading1"/>
      </w:pPr>
      <w:r>
        <w:t>Core Skills</w:t>
      </w:r>
    </w:p>
    <w:p>
      <w:r>
        <w:t>Inventory, order picking, logistics, forklift, OSHA, quality control</w:t>
      </w:r>
    </w:p>
    <w:p>
      <w:r>
        <w:t>[Keep only skills you have and add relevant terms from your target job.]</w:t>
      </w:r>
    </w:p>
    <w:p>
      <w:pPr>
        <w:pStyle w:val="Heading1"/>
      </w:pPr>
      <w:r>
        <w:t>Professional Experience</w:t>
      </w:r>
    </w:p>
    <w:p>
      <w:r>
        <w:t>[Job title] | [Employer] | [City, State] | [Month Year to Month Year]</w:t>
      </w:r>
    </w:p>
    <w:p>
      <w:pPr>
        <w:pStyle w:val="ListBullet"/>
      </w:pPr>
      <w:r>
        <w:t>Picked and packed [number] orders per shift with [accuracy].</w:t>
      </w:r>
    </w:p>
    <w:p>
      <w:pPr>
        <w:pStyle w:val="ListBullet"/>
      </w:pPr>
      <w:r>
        <w:t>Maintained inventory accuracy of [percentage] using [system].</w:t>
      </w:r>
    </w:p>
    <w:p>
      <w:pPr>
        <w:pStyle w:val="ListBullet"/>
      </w:pPr>
      <w:r>
        <w:t>Supported [safety improvement], reducing [incident or delay metric].</w:t>
      </w:r>
    </w:p>
    <w:p>
      <w:r>
        <w:t>[Previous role, internship or relevant volunteer experience]</w:t>
      </w:r>
    </w:p>
    <w:p>
      <w:pPr>
        <w:pStyle w:val="ListBullet"/>
      </w:pPr>
      <w:r>
        <w:t>[Your contribution, action and measurable outcome.]</w:t>
      </w:r>
    </w:p>
    <w:p>
      <w:pPr>
        <w:pStyle w:val="Heading1"/>
      </w:pPr>
      <w:r>
        <w:t>Education</w:t>
      </w:r>
    </w:p>
    <w:p>
      <w:r>
        <w:t>[Degree or qualification] | [Institution] | [City, State] | [Graduation year]</w:t>
      </w:r>
    </w:p>
    <w:p>
      <w:r>
        <w:t>[Relevant coursework or honors if useful.]</w:t>
      </w:r>
    </w:p>
    <w:p>
      <w:pPr>
        <w:pStyle w:val="Heading1"/>
      </w:pPr>
      <w:r>
        <w:t>Certifications and Training</w:t>
      </w:r>
    </w:p>
    <w:p>
      <w:r>
        <w:t>[Forklift certification if held] | [Provider] | [Valid through]</w:t>
      </w:r>
    </w:p>
    <w:p>
      <w:r>
        <w:t>[Safety training] | [Provider] | [Year]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Warehouse and Logistics Associate Resume Template</dc:title>
  <dc:subject/>
  <dc:creator>Ethic Leaf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